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5BB8" w14:textId="77777777" w:rsidR="0065577E" w:rsidRDefault="00000000">
      <w:pPr>
        <w:spacing w:after="40"/>
        <w:jc w:val="center"/>
      </w:pPr>
      <w:r>
        <w:rPr>
          <w:rFonts w:ascii="Aptos Display" w:hAnsi="Aptos Display"/>
          <w:b/>
          <w:sz w:val="40"/>
        </w:rPr>
        <w:t>ŽIVOTOPIS</w:t>
      </w:r>
    </w:p>
    <w:p w14:paraId="57488F17" w14:textId="77777777" w:rsidR="0065577E" w:rsidRDefault="00000000">
      <w:pPr>
        <w:spacing w:after="240"/>
        <w:jc w:val="center"/>
      </w:pPr>
      <w:r>
        <w:rPr>
          <w:i/>
        </w:rPr>
        <w:t>obvezna dokumentacija uz prijavu na Natječaj za dodjelu studentske stipendije</w:t>
      </w:r>
      <w:r>
        <w:rPr>
          <w:i/>
        </w:rPr>
        <w:br/>
        <w:t>Općine Vratišinec</w:t>
      </w:r>
    </w:p>
    <w:p w14:paraId="15A638C1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1. OSOBNI PODACI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65577E" w14:paraId="765E9623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24DBFDF6" w14:textId="77777777" w:rsidR="0065577E" w:rsidRDefault="00000000">
            <w:r>
              <w:rPr>
                <w:b/>
                <w:sz w:val="20"/>
              </w:rPr>
              <w:t>Ime i prezime</w:t>
            </w:r>
          </w:p>
        </w:tc>
        <w:tc>
          <w:tcPr>
            <w:tcW w:w="6236" w:type="dxa"/>
            <w:vAlign w:val="center"/>
          </w:tcPr>
          <w:p w14:paraId="26AA8289" w14:textId="4F31EB39" w:rsidR="0065577E" w:rsidRDefault="0065577E"/>
        </w:tc>
      </w:tr>
      <w:tr w:rsidR="0065577E" w14:paraId="306C26B8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25B2AAC9" w14:textId="77777777" w:rsidR="0065577E" w:rsidRDefault="00000000">
            <w:r>
              <w:rPr>
                <w:b/>
                <w:sz w:val="20"/>
              </w:rPr>
              <w:t>Datum i mjesto rođenja</w:t>
            </w:r>
          </w:p>
        </w:tc>
        <w:tc>
          <w:tcPr>
            <w:tcW w:w="6236" w:type="dxa"/>
            <w:vAlign w:val="center"/>
          </w:tcPr>
          <w:p w14:paraId="524EB46A" w14:textId="4919C040" w:rsidR="0065577E" w:rsidRDefault="0065577E"/>
        </w:tc>
      </w:tr>
      <w:tr w:rsidR="0065577E" w14:paraId="2F410693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40161D03" w14:textId="77777777" w:rsidR="0065577E" w:rsidRDefault="00000000">
            <w:r>
              <w:rPr>
                <w:b/>
                <w:sz w:val="20"/>
              </w:rPr>
              <w:t>Adresa prebivališta</w:t>
            </w:r>
          </w:p>
        </w:tc>
        <w:tc>
          <w:tcPr>
            <w:tcW w:w="6236" w:type="dxa"/>
            <w:vAlign w:val="center"/>
          </w:tcPr>
          <w:p w14:paraId="2B63D076" w14:textId="7BF12938" w:rsidR="0065577E" w:rsidRDefault="0065577E"/>
        </w:tc>
      </w:tr>
      <w:tr w:rsidR="0065577E" w14:paraId="58CB4E24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6CA608B8" w14:textId="77777777" w:rsidR="0065577E" w:rsidRDefault="00000000">
            <w:r>
              <w:rPr>
                <w:b/>
                <w:sz w:val="20"/>
              </w:rPr>
              <w:t>OIB</w:t>
            </w:r>
          </w:p>
        </w:tc>
        <w:tc>
          <w:tcPr>
            <w:tcW w:w="6236" w:type="dxa"/>
            <w:vAlign w:val="center"/>
          </w:tcPr>
          <w:p w14:paraId="38A97A73" w14:textId="6DC73E9B" w:rsidR="0065577E" w:rsidRDefault="0065577E"/>
        </w:tc>
      </w:tr>
      <w:tr w:rsidR="0065577E" w14:paraId="68F92CBE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0A81960B" w14:textId="77777777" w:rsidR="0065577E" w:rsidRDefault="00000000">
            <w:r>
              <w:rPr>
                <w:b/>
                <w:sz w:val="20"/>
              </w:rPr>
              <w:t>Telefon / mobitel</w:t>
            </w:r>
          </w:p>
        </w:tc>
        <w:tc>
          <w:tcPr>
            <w:tcW w:w="6236" w:type="dxa"/>
            <w:vAlign w:val="center"/>
          </w:tcPr>
          <w:p w14:paraId="2865EB1B" w14:textId="0FB9A47E" w:rsidR="0065577E" w:rsidRDefault="0065577E"/>
        </w:tc>
      </w:tr>
      <w:tr w:rsidR="0065577E" w14:paraId="61675228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3A366F3B" w14:textId="77777777" w:rsidR="0065577E" w:rsidRDefault="00000000">
            <w:r>
              <w:rPr>
                <w:b/>
                <w:sz w:val="20"/>
              </w:rPr>
              <w:t>E-mail adresa</w:t>
            </w:r>
          </w:p>
        </w:tc>
        <w:tc>
          <w:tcPr>
            <w:tcW w:w="6236" w:type="dxa"/>
            <w:vAlign w:val="center"/>
          </w:tcPr>
          <w:p w14:paraId="55560E16" w14:textId="5FE823B4" w:rsidR="0065577E" w:rsidRDefault="0065577E"/>
        </w:tc>
      </w:tr>
      <w:tr w:rsidR="0065577E" w14:paraId="07542B30" w14:textId="77777777">
        <w:trPr>
          <w:jc w:val="center"/>
        </w:trPr>
        <w:tc>
          <w:tcPr>
            <w:tcW w:w="2835" w:type="dxa"/>
            <w:shd w:val="clear" w:color="auto" w:fill="EAF0F6"/>
            <w:vAlign w:val="center"/>
          </w:tcPr>
          <w:p w14:paraId="53C7C583" w14:textId="77777777" w:rsidR="0065577E" w:rsidRDefault="00000000">
            <w:r>
              <w:rPr>
                <w:b/>
                <w:sz w:val="20"/>
              </w:rPr>
              <w:t>Broj računa (IBAN)</w:t>
            </w:r>
          </w:p>
        </w:tc>
        <w:tc>
          <w:tcPr>
            <w:tcW w:w="6236" w:type="dxa"/>
            <w:vAlign w:val="center"/>
          </w:tcPr>
          <w:p w14:paraId="31F10B88" w14:textId="67AE977D" w:rsidR="0065577E" w:rsidRDefault="0065577E"/>
        </w:tc>
      </w:tr>
    </w:tbl>
    <w:p w14:paraId="43098E8E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2. OBRAZOVANJE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</w:tblGrid>
      <w:tr w:rsidR="00403449" w14:paraId="3903A008" w14:textId="77777777">
        <w:trPr>
          <w:jc w:val="center"/>
        </w:trPr>
        <w:tc>
          <w:tcPr>
            <w:tcW w:w="1994" w:type="dxa"/>
            <w:shd w:val="clear" w:color="auto" w:fill="D9E2F3"/>
            <w:vAlign w:val="center"/>
          </w:tcPr>
          <w:p w14:paraId="60AEA750" w14:textId="77777777" w:rsidR="00403449" w:rsidRDefault="00403449">
            <w:proofErr w:type="spellStart"/>
            <w:r>
              <w:rPr>
                <w:b/>
                <w:sz w:val="18"/>
              </w:rPr>
              <w:t>Razdoblje</w:t>
            </w:r>
            <w:proofErr w:type="spellEnd"/>
          </w:p>
        </w:tc>
        <w:tc>
          <w:tcPr>
            <w:tcW w:w="1994" w:type="dxa"/>
            <w:shd w:val="clear" w:color="auto" w:fill="D9E2F3"/>
            <w:vAlign w:val="center"/>
          </w:tcPr>
          <w:p w14:paraId="27559E14" w14:textId="77777777" w:rsidR="00403449" w:rsidRDefault="00403449">
            <w:r>
              <w:rPr>
                <w:b/>
                <w:sz w:val="18"/>
              </w:rPr>
              <w:t>Naziv obrazovne ustanove</w:t>
            </w:r>
          </w:p>
        </w:tc>
        <w:tc>
          <w:tcPr>
            <w:tcW w:w="1994" w:type="dxa"/>
            <w:shd w:val="clear" w:color="auto" w:fill="D9E2F3"/>
            <w:vAlign w:val="center"/>
          </w:tcPr>
          <w:p w14:paraId="1A9E1BF7" w14:textId="77777777" w:rsidR="00403449" w:rsidRDefault="00403449">
            <w:r>
              <w:rPr>
                <w:b/>
                <w:sz w:val="18"/>
              </w:rPr>
              <w:t>Studij / smjer</w:t>
            </w:r>
          </w:p>
        </w:tc>
        <w:tc>
          <w:tcPr>
            <w:tcW w:w="1994" w:type="dxa"/>
            <w:shd w:val="clear" w:color="auto" w:fill="D9E2F3"/>
            <w:vAlign w:val="center"/>
          </w:tcPr>
          <w:p w14:paraId="3EA39D22" w14:textId="77777777" w:rsidR="00403449" w:rsidRDefault="00403449">
            <w:r>
              <w:rPr>
                <w:b/>
                <w:sz w:val="18"/>
              </w:rPr>
              <w:t>Godina studija</w:t>
            </w:r>
          </w:p>
        </w:tc>
      </w:tr>
      <w:tr w:rsidR="00403449" w14:paraId="7E9691E3" w14:textId="77777777">
        <w:trPr>
          <w:jc w:val="center"/>
        </w:trPr>
        <w:tc>
          <w:tcPr>
            <w:tcW w:w="1994" w:type="dxa"/>
            <w:vAlign w:val="center"/>
          </w:tcPr>
          <w:p w14:paraId="5B1F20AE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5435A1E1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28901972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3B2CE2B0" w14:textId="77777777" w:rsidR="00403449" w:rsidRDefault="00403449">
            <w:r>
              <w:rPr>
                <w:sz w:val="20"/>
              </w:rPr>
              <w:br/>
            </w:r>
          </w:p>
        </w:tc>
      </w:tr>
      <w:tr w:rsidR="00403449" w14:paraId="5B447414" w14:textId="77777777">
        <w:trPr>
          <w:jc w:val="center"/>
        </w:trPr>
        <w:tc>
          <w:tcPr>
            <w:tcW w:w="1994" w:type="dxa"/>
            <w:vAlign w:val="center"/>
          </w:tcPr>
          <w:p w14:paraId="7167BE07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33F20975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67618B2B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2424DD45" w14:textId="77777777" w:rsidR="00403449" w:rsidRDefault="00403449">
            <w:r>
              <w:rPr>
                <w:sz w:val="20"/>
              </w:rPr>
              <w:br/>
            </w:r>
          </w:p>
        </w:tc>
      </w:tr>
      <w:tr w:rsidR="00403449" w14:paraId="4AB5985F" w14:textId="77777777">
        <w:trPr>
          <w:jc w:val="center"/>
        </w:trPr>
        <w:tc>
          <w:tcPr>
            <w:tcW w:w="1994" w:type="dxa"/>
            <w:vAlign w:val="center"/>
          </w:tcPr>
          <w:p w14:paraId="6C2602CC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09463CA8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6691A5E9" w14:textId="77777777" w:rsidR="00403449" w:rsidRDefault="00403449">
            <w:r>
              <w:rPr>
                <w:sz w:val="20"/>
              </w:rPr>
              <w:br/>
            </w:r>
          </w:p>
        </w:tc>
        <w:tc>
          <w:tcPr>
            <w:tcW w:w="1994" w:type="dxa"/>
            <w:vAlign w:val="center"/>
          </w:tcPr>
          <w:p w14:paraId="7C96D447" w14:textId="77777777" w:rsidR="00403449" w:rsidRDefault="00403449">
            <w:r>
              <w:rPr>
                <w:sz w:val="20"/>
              </w:rPr>
              <w:br/>
            </w:r>
          </w:p>
        </w:tc>
      </w:tr>
    </w:tbl>
    <w:p w14:paraId="33A34A3B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3. AKADEMSKI USPJESI I POSTIGNUĆA</w:t>
      </w:r>
    </w:p>
    <w:p w14:paraId="1A638B7C" w14:textId="77777777" w:rsidR="0065577E" w:rsidRDefault="00000000" w:rsidP="00403449">
      <w:pPr>
        <w:spacing w:after="60"/>
        <w:jc w:val="both"/>
      </w:pPr>
      <w:r>
        <w:t>Navesti relevantna akademska postignuća, nagrade, priznanja, sudjelovanja na natjecanjima, znanstvenim/stručnim projektima i sl.</w:t>
      </w:r>
    </w:p>
    <w:p w14:paraId="77EAC38C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045CD836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78DF36F4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264C1658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5001F06E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4. IZVANNASTAVNE AKTIVNOSTI, PROJEKTI I ANGAŽMAN</w:t>
      </w:r>
    </w:p>
    <w:p w14:paraId="75718A38" w14:textId="77777777" w:rsidR="0065577E" w:rsidRDefault="00000000" w:rsidP="00403449">
      <w:pPr>
        <w:spacing w:after="60"/>
        <w:jc w:val="both"/>
      </w:pPr>
      <w:r>
        <w:t>Navesti sudjelovanje u udrugama, sportskim, kulturnim, društvenim i drugim aktivnostima, projektima, studentskim organizacijama i sl.</w:t>
      </w:r>
    </w:p>
    <w:p w14:paraId="1FD07384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1AEC5B75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787D5C6F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7C5012B8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26EB1B8D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5. VOLONTERSKI I DRUŠTVENI ANGAŽMAN</w:t>
      </w:r>
    </w:p>
    <w:p w14:paraId="248CA9B2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4356D15A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74AA52AB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4C7E9D4C" w14:textId="77777777" w:rsidR="00403449" w:rsidRDefault="00403449">
      <w:pPr>
        <w:pBdr>
          <w:bottom w:val="single" w:sz="8" w:space="1" w:color="7F7F7F"/>
        </w:pBdr>
        <w:spacing w:before="180" w:after="80"/>
        <w:rPr>
          <w:b/>
          <w:sz w:val="22"/>
        </w:rPr>
      </w:pPr>
    </w:p>
    <w:p w14:paraId="45325651" w14:textId="4D18D3B5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lastRenderedPageBreak/>
        <w:t>6. RADNO ISKUSTVO / STRUČNA PRAKSA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65577E" w14:paraId="47DF8FD3" w14:textId="77777777">
        <w:trPr>
          <w:jc w:val="center"/>
        </w:trPr>
        <w:tc>
          <w:tcPr>
            <w:tcW w:w="2493" w:type="dxa"/>
            <w:shd w:val="clear" w:color="auto" w:fill="D9E2F3"/>
            <w:vAlign w:val="center"/>
          </w:tcPr>
          <w:p w14:paraId="3726465B" w14:textId="77777777" w:rsidR="0065577E" w:rsidRDefault="00000000">
            <w:r>
              <w:rPr>
                <w:b/>
                <w:sz w:val="18"/>
              </w:rPr>
              <w:t>Razdoblje</w:t>
            </w:r>
          </w:p>
        </w:tc>
        <w:tc>
          <w:tcPr>
            <w:tcW w:w="2493" w:type="dxa"/>
            <w:shd w:val="clear" w:color="auto" w:fill="D9E2F3"/>
            <w:vAlign w:val="center"/>
          </w:tcPr>
          <w:p w14:paraId="5265DE3C" w14:textId="77777777" w:rsidR="0065577E" w:rsidRDefault="00000000">
            <w:r>
              <w:rPr>
                <w:b/>
                <w:sz w:val="18"/>
              </w:rPr>
              <w:t>Poslodavac / ustanova</w:t>
            </w:r>
          </w:p>
        </w:tc>
        <w:tc>
          <w:tcPr>
            <w:tcW w:w="2493" w:type="dxa"/>
            <w:shd w:val="clear" w:color="auto" w:fill="D9E2F3"/>
            <w:vAlign w:val="center"/>
          </w:tcPr>
          <w:p w14:paraId="290B8116" w14:textId="77777777" w:rsidR="0065577E" w:rsidRDefault="00000000">
            <w:r>
              <w:rPr>
                <w:b/>
                <w:sz w:val="18"/>
              </w:rPr>
              <w:t>Radno mjesto / vrsta prakse</w:t>
            </w:r>
          </w:p>
        </w:tc>
        <w:tc>
          <w:tcPr>
            <w:tcW w:w="2493" w:type="dxa"/>
            <w:shd w:val="clear" w:color="auto" w:fill="D9E2F3"/>
            <w:vAlign w:val="center"/>
          </w:tcPr>
          <w:p w14:paraId="3963E1F0" w14:textId="77777777" w:rsidR="0065577E" w:rsidRDefault="00000000">
            <w:r>
              <w:rPr>
                <w:b/>
                <w:sz w:val="18"/>
              </w:rPr>
              <w:t>Kratak opis</w:t>
            </w:r>
          </w:p>
        </w:tc>
      </w:tr>
      <w:tr w:rsidR="0065577E" w14:paraId="2CF7DB3E" w14:textId="77777777">
        <w:trPr>
          <w:jc w:val="center"/>
        </w:trPr>
        <w:tc>
          <w:tcPr>
            <w:tcW w:w="2493" w:type="dxa"/>
            <w:vAlign w:val="center"/>
          </w:tcPr>
          <w:p w14:paraId="669D711C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410928BF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176CFE9B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4B704445" w14:textId="77777777" w:rsidR="0065577E" w:rsidRDefault="00000000">
            <w:r>
              <w:rPr>
                <w:sz w:val="20"/>
              </w:rPr>
              <w:br/>
            </w:r>
          </w:p>
        </w:tc>
      </w:tr>
      <w:tr w:rsidR="0065577E" w14:paraId="0D1D88DC" w14:textId="77777777">
        <w:trPr>
          <w:jc w:val="center"/>
        </w:trPr>
        <w:tc>
          <w:tcPr>
            <w:tcW w:w="2493" w:type="dxa"/>
            <w:vAlign w:val="center"/>
          </w:tcPr>
          <w:p w14:paraId="3BA29AA3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68133322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439D89FA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0DC30182" w14:textId="77777777" w:rsidR="0065577E" w:rsidRDefault="00000000">
            <w:r>
              <w:rPr>
                <w:sz w:val="20"/>
              </w:rPr>
              <w:br/>
            </w:r>
          </w:p>
        </w:tc>
      </w:tr>
      <w:tr w:rsidR="0065577E" w14:paraId="1D788C34" w14:textId="77777777">
        <w:trPr>
          <w:jc w:val="center"/>
        </w:trPr>
        <w:tc>
          <w:tcPr>
            <w:tcW w:w="2493" w:type="dxa"/>
            <w:vAlign w:val="center"/>
          </w:tcPr>
          <w:p w14:paraId="41180EFA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5303695B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44EDAE69" w14:textId="77777777" w:rsidR="0065577E" w:rsidRDefault="00000000">
            <w:r>
              <w:rPr>
                <w:sz w:val="20"/>
              </w:rPr>
              <w:br/>
            </w:r>
          </w:p>
        </w:tc>
        <w:tc>
          <w:tcPr>
            <w:tcW w:w="2493" w:type="dxa"/>
            <w:vAlign w:val="center"/>
          </w:tcPr>
          <w:p w14:paraId="6D48D0A0" w14:textId="77777777" w:rsidR="0065577E" w:rsidRDefault="00000000">
            <w:r>
              <w:rPr>
                <w:sz w:val="20"/>
              </w:rPr>
              <w:br/>
            </w:r>
          </w:p>
        </w:tc>
      </w:tr>
    </w:tbl>
    <w:p w14:paraId="34A766F5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7. DODATNA ZNANJA I VJEŠTINE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65577E" w14:paraId="299A1181" w14:textId="77777777">
        <w:tc>
          <w:tcPr>
            <w:tcW w:w="4986" w:type="dxa"/>
            <w:shd w:val="clear" w:color="auto" w:fill="EAF0F6"/>
            <w:vAlign w:val="center"/>
          </w:tcPr>
          <w:p w14:paraId="15258419" w14:textId="77777777" w:rsidR="0065577E" w:rsidRDefault="00000000">
            <w:r>
              <w:rPr>
                <w:b/>
                <w:sz w:val="20"/>
              </w:rPr>
              <w:t>Rad na računalu / digitalne vještine</w:t>
            </w:r>
          </w:p>
        </w:tc>
        <w:tc>
          <w:tcPr>
            <w:tcW w:w="4986" w:type="dxa"/>
            <w:vAlign w:val="center"/>
          </w:tcPr>
          <w:p w14:paraId="5B49644F" w14:textId="77777777" w:rsidR="0065577E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65577E" w14:paraId="6A0B555F" w14:textId="77777777">
        <w:tc>
          <w:tcPr>
            <w:tcW w:w="4986" w:type="dxa"/>
            <w:shd w:val="clear" w:color="auto" w:fill="EAF0F6"/>
            <w:vAlign w:val="center"/>
          </w:tcPr>
          <w:p w14:paraId="169E3D6F" w14:textId="77777777" w:rsidR="0065577E" w:rsidRDefault="00000000">
            <w:r>
              <w:rPr>
                <w:b/>
                <w:sz w:val="20"/>
              </w:rPr>
              <w:t>Strani jezici</w:t>
            </w:r>
          </w:p>
        </w:tc>
        <w:tc>
          <w:tcPr>
            <w:tcW w:w="4986" w:type="dxa"/>
            <w:vAlign w:val="center"/>
          </w:tcPr>
          <w:p w14:paraId="4FA78E4F" w14:textId="77777777" w:rsidR="0065577E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65577E" w14:paraId="60457471" w14:textId="77777777">
        <w:tc>
          <w:tcPr>
            <w:tcW w:w="4986" w:type="dxa"/>
            <w:shd w:val="clear" w:color="auto" w:fill="EAF0F6"/>
            <w:vAlign w:val="center"/>
          </w:tcPr>
          <w:p w14:paraId="4FD71433" w14:textId="77777777" w:rsidR="0065577E" w:rsidRDefault="00000000">
            <w:r>
              <w:rPr>
                <w:b/>
                <w:sz w:val="20"/>
              </w:rPr>
              <w:t>Vozačka dozvola</w:t>
            </w:r>
          </w:p>
        </w:tc>
        <w:tc>
          <w:tcPr>
            <w:tcW w:w="4986" w:type="dxa"/>
            <w:vAlign w:val="center"/>
          </w:tcPr>
          <w:p w14:paraId="092EB795" w14:textId="77777777" w:rsidR="0065577E" w:rsidRDefault="00000000">
            <w:r>
              <w:rPr>
                <w:sz w:val="20"/>
              </w:rPr>
              <w:t>____________________________________________</w:t>
            </w:r>
          </w:p>
        </w:tc>
      </w:tr>
      <w:tr w:rsidR="0065577E" w14:paraId="7FFBAA4D" w14:textId="77777777">
        <w:tc>
          <w:tcPr>
            <w:tcW w:w="4986" w:type="dxa"/>
            <w:shd w:val="clear" w:color="auto" w:fill="EAF0F6"/>
            <w:vAlign w:val="center"/>
          </w:tcPr>
          <w:p w14:paraId="6390FE6C" w14:textId="77777777" w:rsidR="0065577E" w:rsidRDefault="00000000">
            <w:r>
              <w:rPr>
                <w:b/>
                <w:sz w:val="20"/>
              </w:rPr>
              <w:t>Ostala znanja i vještine</w:t>
            </w:r>
          </w:p>
        </w:tc>
        <w:tc>
          <w:tcPr>
            <w:tcW w:w="4986" w:type="dxa"/>
            <w:vAlign w:val="center"/>
          </w:tcPr>
          <w:p w14:paraId="4C7D5A3D" w14:textId="77777777" w:rsidR="0065577E" w:rsidRDefault="00000000">
            <w:r>
              <w:rPr>
                <w:sz w:val="20"/>
              </w:rPr>
              <w:t>____________________________________________</w:t>
            </w:r>
          </w:p>
        </w:tc>
      </w:tr>
    </w:tbl>
    <w:p w14:paraId="74C14B7F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8. NAGRADE, PRIZNANJA I STIPENDIJE</w:t>
      </w:r>
    </w:p>
    <w:p w14:paraId="367A4D56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0CF59C02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456EC24E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45211269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9. OSTALE INFORMACIJE RELEVANTNE ZA PRIJAVU</w:t>
      </w:r>
    </w:p>
    <w:p w14:paraId="20CC2B73" w14:textId="77777777" w:rsidR="0065577E" w:rsidRDefault="00000000">
      <w:r>
        <w:t>Po potrebi navesti druge podatke koji mogu biti važni za procjenu prijave na Natječaj.</w:t>
      </w:r>
    </w:p>
    <w:p w14:paraId="53ABA46E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7ACFFF00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1876AA8C" w14:textId="77777777" w:rsidR="0065577E" w:rsidRDefault="00000000">
      <w:pPr>
        <w:spacing w:after="40"/>
      </w:pPr>
      <w:r>
        <w:t>________________________________________________________________________________</w:t>
      </w:r>
    </w:p>
    <w:p w14:paraId="1B7986F7" w14:textId="77777777" w:rsidR="0065577E" w:rsidRDefault="00000000">
      <w:pPr>
        <w:pBdr>
          <w:bottom w:val="single" w:sz="8" w:space="1" w:color="7F7F7F"/>
        </w:pBdr>
        <w:spacing w:before="180" w:after="80"/>
      </w:pPr>
      <w:r>
        <w:rPr>
          <w:b/>
          <w:sz w:val="22"/>
        </w:rPr>
        <w:t>10. IZJAVA</w:t>
      </w:r>
    </w:p>
    <w:p w14:paraId="203B7DDC" w14:textId="77777777" w:rsidR="0065577E" w:rsidRDefault="00000000">
      <w:pPr>
        <w:spacing w:after="240"/>
      </w:pPr>
      <w:r>
        <w:t>Potvrđujem da su navedeni podaci istiniti i potpuni te da sam suglasan/suglasna da se ovaj životopis koristi kao dio dokumentacije u postupku prijave na Natječaj za dodjelu studentske stipendije Općine Vratišinec.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65577E" w14:paraId="0229B059" w14:textId="77777777">
        <w:trPr>
          <w:jc w:val="center"/>
        </w:trPr>
        <w:tc>
          <w:tcPr>
            <w:tcW w:w="4986" w:type="dxa"/>
            <w:vAlign w:val="center"/>
          </w:tcPr>
          <w:p w14:paraId="25582961" w14:textId="77777777" w:rsidR="0065577E" w:rsidRDefault="00000000">
            <w:pPr>
              <w:spacing w:after="0"/>
            </w:pPr>
            <w:r>
              <w:rPr>
                <w:sz w:val="20"/>
              </w:rPr>
              <w:t>Mjesto i datum:</w:t>
            </w:r>
          </w:p>
        </w:tc>
        <w:tc>
          <w:tcPr>
            <w:tcW w:w="4986" w:type="dxa"/>
            <w:vAlign w:val="center"/>
          </w:tcPr>
          <w:p w14:paraId="42383A84" w14:textId="77777777" w:rsidR="0065577E" w:rsidRDefault="00000000">
            <w:pPr>
              <w:spacing w:after="0"/>
            </w:pPr>
            <w:r>
              <w:rPr>
                <w:sz w:val="20"/>
              </w:rPr>
              <w:t>Potpis studenta/studentice:</w:t>
            </w:r>
          </w:p>
        </w:tc>
      </w:tr>
      <w:tr w:rsidR="0065577E" w14:paraId="120F043E" w14:textId="77777777">
        <w:trPr>
          <w:jc w:val="center"/>
        </w:trPr>
        <w:tc>
          <w:tcPr>
            <w:tcW w:w="4986" w:type="dxa"/>
            <w:vAlign w:val="center"/>
          </w:tcPr>
          <w:p w14:paraId="145F0A5F" w14:textId="77777777" w:rsidR="0065577E" w:rsidRDefault="00000000">
            <w:pPr>
              <w:spacing w:after="0"/>
            </w:pPr>
            <w:r>
              <w:rPr>
                <w:sz w:val="20"/>
              </w:rPr>
              <w:br/>
              <w:t>________________________________________</w:t>
            </w:r>
          </w:p>
        </w:tc>
        <w:tc>
          <w:tcPr>
            <w:tcW w:w="4986" w:type="dxa"/>
            <w:vAlign w:val="center"/>
          </w:tcPr>
          <w:p w14:paraId="1D1D8F4B" w14:textId="77777777" w:rsidR="0065577E" w:rsidRDefault="00000000">
            <w:pPr>
              <w:spacing w:after="0"/>
            </w:pPr>
            <w:r>
              <w:rPr>
                <w:sz w:val="20"/>
              </w:rPr>
              <w:br/>
              <w:t>________________________________________</w:t>
            </w:r>
          </w:p>
        </w:tc>
      </w:tr>
    </w:tbl>
    <w:p w14:paraId="652289C0" w14:textId="77777777" w:rsidR="00733613" w:rsidRDefault="00733613"/>
    <w:sectPr w:rsidR="00733613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E43A" w14:textId="77777777" w:rsidR="00733613" w:rsidRDefault="00733613">
      <w:pPr>
        <w:spacing w:after="0" w:line="240" w:lineRule="auto"/>
      </w:pPr>
      <w:r>
        <w:separator/>
      </w:r>
    </w:p>
  </w:endnote>
  <w:endnote w:type="continuationSeparator" w:id="0">
    <w:p w14:paraId="3485363C" w14:textId="77777777" w:rsidR="00733613" w:rsidRDefault="0073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CBE1" w14:textId="77777777" w:rsidR="0065577E" w:rsidRDefault="00000000">
    <w:pPr>
      <w:pStyle w:val="Podnoje"/>
      <w:jc w:val="center"/>
    </w:pPr>
    <w:proofErr w:type="spellStart"/>
    <w:r>
      <w:rPr>
        <w:sz w:val="16"/>
      </w:rPr>
      <w:t>Životopis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prijava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Natječaj</w:t>
    </w:r>
    <w:proofErr w:type="spellEnd"/>
    <w:r>
      <w:rPr>
        <w:sz w:val="16"/>
      </w:rPr>
      <w:t xml:space="preserve"> za </w:t>
    </w:r>
    <w:proofErr w:type="spellStart"/>
    <w:r>
      <w:rPr>
        <w:sz w:val="16"/>
      </w:rPr>
      <w:t>dodjelu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studentske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stipendije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Općine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Vratišinec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FEE55" w14:textId="77777777" w:rsidR="00733613" w:rsidRDefault="00733613">
      <w:pPr>
        <w:spacing w:after="0" w:line="240" w:lineRule="auto"/>
      </w:pPr>
      <w:r>
        <w:separator/>
      </w:r>
    </w:p>
  </w:footnote>
  <w:footnote w:type="continuationSeparator" w:id="0">
    <w:p w14:paraId="469DCF00" w14:textId="77777777" w:rsidR="00733613" w:rsidRDefault="00733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5731477">
    <w:abstractNumId w:val="8"/>
  </w:num>
  <w:num w:numId="2" w16cid:durableId="963197188">
    <w:abstractNumId w:val="6"/>
  </w:num>
  <w:num w:numId="3" w16cid:durableId="521863170">
    <w:abstractNumId w:val="5"/>
  </w:num>
  <w:num w:numId="4" w16cid:durableId="2027897873">
    <w:abstractNumId w:val="4"/>
  </w:num>
  <w:num w:numId="5" w16cid:durableId="1674530733">
    <w:abstractNumId w:val="7"/>
  </w:num>
  <w:num w:numId="6" w16cid:durableId="1357734956">
    <w:abstractNumId w:val="3"/>
  </w:num>
  <w:num w:numId="7" w16cid:durableId="57872167">
    <w:abstractNumId w:val="2"/>
  </w:num>
  <w:num w:numId="8" w16cid:durableId="980958485">
    <w:abstractNumId w:val="1"/>
  </w:num>
  <w:num w:numId="9" w16cid:durableId="143578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BBB"/>
    <w:rsid w:val="0029639D"/>
    <w:rsid w:val="00326F90"/>
    <w:rsid w:val="00403449"/>
    <w:rsid w:val="0065577E"/>
    <w:rsid w:val="007336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E56F2"/>
  <w14:defaultImageDpi w14:val="300"/>
  <w15:docId w15:val="{452D4BCF-05C1-4437-A9F8-3A6DCBFA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opcina vratisinec</cp:lastModifiedBy>
  <cp:revision>2</cp:revision>
  <dcterms:created xsi:type="dcterms:W3CDTF">2013-12-23T23:15:00Z</dcterms:created>
  <dcterms:modified xsi:type="dcterms:W3CDTF">2026-10-07T08:30:00Z</dcterms:modified>
  <cp:category/>
</cp:coreProperties>
</file>